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shd w:val="clear" w:color="auto" w:fill="FDB433"/>
        <w:tblLayout w:type="fixed"/>
        <w:tblLook w:val="04A0" w:firstRow="1" w:lastRow="0" w:firstColumn="1" w:lastColumn="0" w:noHBand="0" w:noVBand="1"/>
      </w:tblPr>
      <w:tblGrid>
        <w:gridCol w:w="10475"/>
      </w:tblGrid>
      <w:tr w:rsidR="006E46F7" w:rsidRPr="00541796" w14:paraId="0994E65B" w14:textId="77777777" w:rsidTr="00541796">
        <w:trPr>
          <w:trHeight w:val="1008"/>
          <w:jc w:val="center"/>
        </w:trPr>
        <w:tc>
          <w:tcPr>
            <w:tcW w:w="10475" w:type="dxa"/>
            <w:shd w:val="clear" w:color="auto" w:fill="FDB433"/>
            <w:tcMar>
              <w:top w:w="160" w:type="dxa"/>
              <w:left w:w="180" w:type="dxa"/>
              <w:bottom w:w="160" w:type="dxa"/>
              <w:right w:w="180" w:type="dxa"/>
            </w:tcMar>
          </w:tcPr>
          <w:p w14:paraId="05D84D6F" w14:textId="77777777" w:rsidR="006E46F7" w:rsidRPr="00541796" w:rsidRDefault="00000000">
            <w:pPr>
              <w:jc w:val="center"/>
              <w:rPr>
                <w:b/>
                <w:sz w:val="24"/>
                <w:szCs w:val="28"/>
              </w:rPr>
            </w:pPr>
            <w:r w:rsidRPr="00541796">
              <w:rPr>
                <w:b/>
                <w:color w:val="1F3C88"/>
                <w:sz w:val="36"/>
                <w:szCs w:val="28"/>
              </w:rPr>
              <w:t>FICHA IDENTIFICATIVA DE FOTOGRAFÍA</w:t>
            </w:r>
          </w:p>
          <w:p w14:paraId="561F4B34" w14:textId="77777777" w:rsidR="006E46F7" w:rsidRPr="00541796" w:rsidRDefault="00000000" w:rsidP="00541796">
            <w:pPr>
              <w:spacing w:after="100" w:afterAutospacing="1"/>
              <w:jc w:val="center"/>
              <w:rPr>
                <w:b/>
              </w:rPr>
            </w:pPr>
            <w:r w:rsidRPr="00603C81">
              <w:rPr>
                <w:b/>
                <w:i/>
                <w:color w:val="000000" w:themeColor="text1"/>
                <w:sz w:val="28"/>
                <w:szCs w:val="32"/>
              </w:rPr>
              <w:t>Proyecto “La memoria en Parque Antena”</w:t>
            </w:r>
          </w:p>
        </w:tc>
      </w:tr>
    </w:tbl>
    <w:p w14:paraId="3055EA15" w14:textId="77777777" w:rsidR="006E46F7" w:rsidRPr="00541796" w:rsidRDefault="006E46F7" w:rsidP="00603C81">
      <w:pPr>
        <w:spacing w:after="0" w:line="240" w:lineRule="auto"/>
      </w:pPr>
    </w:p>
    <w:p w14:paraId="6B01E3DE" w14:textId="5C7A4AD5" w:rsidR="006E46F7" w:rsidRPr="00541796" w:rsidRDefault="00000000" w:rsidP="00541796">
      <w:pPr>
        <w:jc w:val="both"/>
        <w:rPr>
          <w:b/>
          <w:bCs/>
        </w:rPr>
      </w:pPr>
      <w:r w:rsidRPr="00541796">
        <w:rPr>
          <w:b/>
          <w:bCs/>
          <w:sz w:val="20"/>
        </w:rPr>
        <w:t>Complete esta ficha con la mayor precisión posible. Si algún dato no se conoce con exactitud, puede indicarse de forma aproximada.</w:t>
      </w:r>
      <w:r w:rsidR="005D109D">
        <w:rPr>
          <w:b/>
          <w:bCs/>
          <w:sz w:val="20"/>
        </w:rPr>
        <w:t xml:space="preserve"> * Renombrar el documento con el nombre del fichero</w: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048"/>
        <w:gridCol w:w="6185"/>
      </w:tblGrid>
      <w:tr w:rsidR="00541796" w:rsidRPr="00541796" w14:paraId="780BEF80" w14:textId="77777777" w:rsidTr="00541796">
        <w:trPr>
          <w:jc w:val="center"/>
        </w:trPr>
        <w:tc>
          <w:tcPr>
            <w:tcW w:w="4048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53F41EA0" w14:textId="5A7BF418" w:rsidR="00541796" w:rsidRPr="00603C81" w:rsidRDefault="00541796">
            <w:pPr>
              <w:rPr>
                <w:b/>
                <w:color w:val="052A49"/>
                <w:sz w:val="20"/>
              </w:rPr>
            </w:pPr>
            <w:r w:rsidRPr="00603C81">
              <w:rPr>
                <w:b/>
                <w:color w:val="052A49"/>
                <w:sz w:val="20"/>
              </w:rPr>
              <w:t>0. Nombre del fichero digital (.</w:t>
            </w:r>
            <w:proofErr w:type="spellStart"/>
            <w:r w:rsidRPr="00603C81">
              <w:rPr>
                <w:b/>
                <w:color w:val="052A49"/>
                <w:sz w:val="20"/>
              </w:rPr>
              <w:t>jpg</w:t>
            </w:r>
            <w:proofErr w:type="spellEnd"/>
            <w:r w:rsidRPr="00603C81">
              <w:rPr>
                <w:b/>
                <w:color w:val="052A49"/>
                <w:sz w:val="20"/>
              </w:rPr>
              <w:t>)</w:t>
            </w:r>
          </w:p>
        </w:tc>
        <w:tc>
          <w:tcPr>
            <w:tcW w:w="6185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5747C98C" w14:textId="77777777" w:rsidR="00541796" w:rsidRPr="00541796" w:rsidRDefault="00541796"/>
        </w:tc>
      </w:tr>
      <w:tr w:rsidR="006E46F7" w:rsidRPr="00541796" w14:paraId="3D8822B9" w14:textId="77777777" w:rsidTr="00541796">
        <w:trPr>
          <w:jc w:val="center"/>
        </w:trPr>
        <w:tc>
          <w:tcPr>
            <w:tcW w:w="4048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428FBD59" w14:textId="77777777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1. Título o descripción de la fotografía</w:t>
            </w:r>
          </w:p>
        </w:tc>
        <w:tc>
          <w:tcPr>
            <w:tcW w:w="6185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F5FE95C" w14:textId="6185BBDB" w:rsidR="006E46F7" w:rsidRPr="00541796" w:rsidRDefault="00000000">
            <w:r w:rsidRPr="00541796">
              <w:t xml:space="preserve"> </w:t>
            </w:r>
            <w:r w:rsidRPr="00541796">
              <w:br/>
            </w:r>
          </w:p>
        </w:tc>
      </w:tr>
      <w:tr w:rsidR="006E46F7" w:rsidRPr="00541796" w14:paraId="412B0753" w14:textId="77777777" w:rsidTr="00541796">
        <w:trPr>
          <w:trHeight w:val="286"/>
          <w:jc w:val="center"/>
        </w:trPr>
        <w:tc>
          <w:tcPr>
            <w:tcW w:w="4048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AA8E4CE" w14:textId="77777777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2. Año aproximado</w:t>
            </w:r>
          </w:p>
        </w:tc>
        <w:tc>
          <w:tcPr>
            <w:tcW w:w="6185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C5E8542" w14:textId="22F3B597" w:rsidR="006E46F7" w:rsidRPr="00541796" w:rsidRDefault="00000000">
            <w:r w:rsidRPr="00541796">
              <w:t xml:space="preserve"> </w:t>
            </w:r>
          </w:p>
        </w:tc>
      </w:tr>
      <w:tr w:rsidR="006E46F7" w:rsidRPr="00541796" w14:paraId="780B7967" w14:textId="77777777" w:rsidTr="00541796">
        <w:trPr>
          <w:jc w:val="center"/>
        </w:trPr>
        <w:tc>
          <w:tcPr>
            <w:tcW w:w="4048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AC4C688" w14:textId="3AA8E225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3. Lugar dentro de la urbanización</w:t>
            </w:r>
          </w:p>
        </w:tc>
        <w:tc>
          <w:tcPr>
            <w:tcW w:w="6185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5A011EE7" w14:textId="77777777" w:rsidR="006E46F7" w:rsidRPr="00541796" w:rsidRDefault="00000000">
            <w:r w:rsidRPr="00541796">
              <w:t xml:space="preserve"> </w:t>
            </w:r>
            <w:r w:rsidRPr="00541796">
              <w:br/>
            </w:r>
            <w:r w:rsidRPr="00541796">
              <w:br/>
            </w:r>
          </w:p>
        </w:tc>
      </w:tr>
      <w:tr w:rsidR="006E46F7" w:rsidRPr="00541796" w14:paraId="2F8E1B28" w14:textId="77777777" w:rsidTr="00541796">
        <w:trPr>
          <w:jc w:val="center"/>
        </w:trPr>
        <w:tc>
          <w:tcPr>
            <w:tcW w:w="4048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6B3D5D6D" w14:textId="77777777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4. Personas que aparecen</w:t>
            </w:r>
          </w:p>
        </w:tc>
        <w:tc>
          <w:tcPr>
            <w:tcW w:w="6185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C3605ED" w14:textId="77777777" w:rsidR="006E46F7" w:rsidRPr="00541796" w:rsidRDefault="00000000">
            <w:r w:rsidRPr="00541796">
              <w:t xml:space="preserve"> </w:t>
            </w:r>
            <w:r w:rsidRPr="00541796">
              <w:br/>
            </w:r>
            <w:r w:rsidRPr="00541796">
              <w:br/>
            </w:r>
          </w:p>
        </w:tc>
      </w:tr>
      <w:tr w:rsidR="006E46F7" w:rsidRPr="00541796" w14:paraId="61BCF0D5" w14:textId="77777777" w:rsidTr="00541796">
        <w:trPr>
          <w:jc w:val="center"/>
        </w:trPr>
        <w:tc>
          <w:tcPr>
            <w:tcW w:w="4048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79B4A100" w14:textId="77777777" w:rsidR="006E46F7" w:rsidRPr="00603C81" w:rsidRDefault="00000000" w:rsidP="00541796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5. Evento, fiesta o situación representada</w:t>
            </w:r>
          </w:p>
        </w:tc>
        <w:tc>
          <w:tcPr>
            <w:tcW w:w="6185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191642E" w14:textId="6284B080" w:rsidR="006E46F7" w:rsidRPr="00541796" w:rsidRDefault="00000000">
            <w:r w:rsidRPr="00541796">
              <w:t xml:space="preserve"> </w:t>
            </w:r>
            <w:r w:rsidRPr="00541796">
              <w:br/>
            </w:r>
          </w:p>
        </w:tc>
      </w:tr>
      <w:tr w:rsidR="006E46F7" w:rsidRPr="00541796" w14:paraId="0F6EC51D" w14:textId="77777777" w:rsidTr="00541796">
        <w:trPr>
          <w:jc w:val="center"/>
        </w:trPr>
        <w:tc>
          <w:tcPr>
            <w:tcW w:w="4048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86FF718" w14:textId="77777777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6. Autor de la fotografía o familia propietaria</w:t>
            </w:r>
          </w:p>
        </w:tc>
        <w:tc>
          <w:tcPr>
            <w:tcW w:w="6185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6A6713C8" w14:textId="7BF87EE7" w:rsidR="006E46F7" w:rsidRPr="00541796" w:rsidRDefault="00000000">
            <w:r w:rsidRPr="00541796">
              <w:t xml:space="preserve"> </w:t>
            </w:r>
            <w:r w:rsidRPr="00541796">
              <w:br/>
            </w:r>
          </w:p>
        </w:tc>
      </w:tr>
      <w:tr w:rsidR="006E46F7" w:rsidRPr="00541796" w14:paraId="7B23A282" w14:textId="77777777" w:rsidTr="00541796">
        <w:trPr>
          <w:jc w:val="center"/>
        </w:trPr>
        <w:tc>
          <w:tcPr>
            <w:tcW w:w="4048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78C9AC4" w14:textId="77777777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7. Persona que cede la imagen</w:t>
            </w:r>
          </w:p>
        </w:tc>
        <w:tc>
          <w:tcPr>
            <w:tcW w:w="6185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581A11A4" w14:textId="59409307" w:rsidR="00541796" w:rsidRPr="00541796" w:rsidRDefault="00541796"/>
        </w:tc>
      </w:tr>
      <w:tr w:rsidR="006E46F7" w:rsidRPr="00541796" w14:paraId="3CEB6D55" w14:textId="77777777" w:rsidTr="00541796">
        <w:trPr>
          <w:jc w:val="center"/>
        </w:trPr>
        <w:tc>
          <w:tcPr>
            <w:tcW w:w="4048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11E3E94" w14:textId="1A58624E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 xml:space="preserve">8. Teléfono </w:t>
            </w:r>
            <w:r w:rsidR="00541796" w:rsidRPr="00603C81">
              <w:rPr>
                <w:b/>
                <w:color w:val="052A49"/>
                <w:sz w:val="20"/>
              </w:rPr>
              <w:t>y/</w:t>
            </w:r>
            <w:r w:rsidRPr="00603C81">
              <w:rPr>
                <w:b/>
                <w:color w:val="052A49"/>
                <w:sz w:val="20"/>
              </w:rPr>
              <w:t>o correo de contacto</w:t>
            </w:r>
          </w:p>
        </w:tc>
        <w:tc>
          <w:tcPr>
            <w:tcW w:w="6185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053763B" w14:textId="041FAC56" w:rsidR="006E46F7" w:rsidRPr="00541796" w:rsidRDefault="00000000">
            <w:r w:rsidRPr="00541796">
              <w:t xml:space="preserve"> </w:t>
            </w:r>
            <w:r w:rsidRPr="00541796">
              <w:br/>
            </w:r>
          </w:p>
        </w:tc>
      </w:tr>
      <w:tr w:rsidR="006E46F7" w:rsidRPr="00541796" w14:paraId="175DCC1E" w14:textId="77777777" w:rsidTr="00541796">
        <w:trPr>
          <w:jc w:val="center"/>
        </w:trPr>
        <w:tc>
          <w:tcPr>
            <w:tcW w:w="10233" w:type="dxa"/>
            <w:gridSpan w:val="2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342F585E" w14:textId="77777777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9. Historia, recuerdo o anécdota asociada</w:t>
            </w:r>
          </w:p>
        </w:tc>
      </w:tr>
      <w:tr w:rsidR="006E46F7" w:rsidRPr="00541796" w14:paraId="4B469C31" w14:textId="77777777" w:rsidTr="00541796">
        <w:trPr>
          <w:jc w:val="center"/>
        </w:trPr>
        <w:tc>
          <w:tcPr>
            <w:tcW w:w="10233" w:type="dxa"/>
            <w:gridSpan w:val="2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046C56B2" w14:textId="77777777" w:rsidR="006E46F7" w:rsidRPr="00541796" w:rsidRDefault="00000000">
            <w:r w:rsidRPr="00541796">
              <w:br/>
            </w:r>
            <w:r w:rsidRPr="00541796">
              <w:br/>
            </w:r>
            <w:r w:rsidRPr="00541796">
              <w:br/>
            </w:r>
            <w:r w:rsidRPr="00541796">
              <w:br/>
            </w:r>
          </w:p>
        </w:tc>
      </w:tr>
    </w:tbl>
    <w:p w14:paraId="6EE2E01C" w14:textId="77777777" w:rsidR="006E46F7" w:rsidRPr="00541796" w:rsidRDefault="006E46F7" w:rsidP="00603C81">
      <w:pPr>
        <w:spacing w:after="120" w:line="240" w:lineRule="auto"/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096"/>
        <w:gridCol w:w="3118"/>
      </w:tblGrid>
      <w:tr w:rsidR="006E46F7" w:rsidRPr="00541796" w14:paraId="08C8E65E" w14:textId="77777777" w:rsidTr="00541796">
        <w:trPr>
          <w:jc w:val="center"/>
        </w:trPr>
        <w:tc>
          <w:tcPr>
            <w:tcW w:w="7096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0BC89FC" w14:textId="77777777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10. Autorización para uso cultural, divulgativo y expositivo</w:t>
            </w:r>
          </w:p>
        </w:tc>
        <w:tc>
          <w:tcPr>
            <w:tcW w:w="3118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2C064D1C" w14:textId="7518CBBC" w:rsidR="006E46F7" w:rsidRPr="00541796" w:rsidRDefault="00541796">
            <w:sdt>
              <w:sdtPr>
                <w:id w:val="-1638871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00000" w:rsidRPr="00541796">
              <w:t xml:space="preserve"> Sí    </w:t>
            </w:r>
            <w:sdt>
              <w:sdtPr>
                <w:id w:val="1958674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00000" w:rsidRPr="00541796">
              <w:t xml:space="preserve"> No</w:t>
            </w:r>
          </w:p>
        </w:tc>
      </w:tr>
      <w:tr w:rsidR="006E46F7" w:rsidRPr="00541796" w14:paraId="0E9189BB" w14:textId="77777777" w:rsidTr="00541796">
        <w:trPr>
          <w:jc w:val="center"/>
        </w:trPr>
        <w:tc>
          <w:tcPr>
            <w:tcW w:w="7096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E3A6AA9" w14:textId="77777777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11. ¿Desea que se cite el nombre de la familia o persona cedente?</w:t>
            </w:r>
          </w:p>
        </w:tc>
        <w:tc>
          <w:tcPr>
            <w:tcW w:w="3118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421A85F3" w14:textId="1F745563" w:rsidR="006E46F7" w:rsidRPr="00541796" w:rsidRDefault="00541796">
            <w:sdt>
              <w:sdtPr>
                <w:id w:val="872577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00000" w:rsidRPr="00541796">
              <w:t xml:space="preserve">Sí   </w:t>
            </w:r>
            <w:r>
              <w:t xml:space="preserve"> </w:t>
            </w:r>
            <w:r w:rsidR="00000000" w:rsidRPr="00541796">
              <w:t xml:space="preserve"> </w:t>
            </w:r>
            <w:sdt>
              <w:sdtPr>
                <w:id w:val="275679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00000" w:rsidRPr="00541796">
              <w:t xml:space="preserve"> No</w:t>
            </w:r>
          </w:p>
        </w:tc>
      </w:tr>
      <w:tr w:rsidR="006E46F7" w:rsidRPr="00541796" w14:paraId="35EEF65E" w14:textId="77777777" w:rsidTr="00541796">
        <w:trPr>
          <w:jc w:val="center"/>
        </w:trPr>
        <w:tc>
          <w:tcPr>
            <w:tcW w:w="7096" w:type="dxa"/>
            <w:shd w:val="clear" w:color="auto" w:fill="FDB433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005D853B" w14:textId="77777777" w:rsidR="006E46F7" w:rsidRPr="00603C81" w:rsidRDefault="00000000">
            <w:pPr>
              <w:rPr>
                <w:color w:val="052A49"/>
              </w:rPr>
            </w:pPr>
            <w:r w:rsidRPr="00603C81">
              <w:rPr>
                <w:b/>
                <w:color w:val="052A49"/>
                <w:sz w:val="20"/>
              </w:rPr>
              <w:t>12. Fecha de entrega o envío</w:t>
            </w:r>
          </w:p>
        </w:tc>
        <w:tc>
          <w:tcPr>
            <w:tcW w:w="3118" w:type="dxa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ECCE80D" w14:textId="77777777" w:rsidR="006E46F7" w:rsidRPr="00541796" w:rsidRDefault="00000000">
            <w:r w:rsidRPr="00541796">
              <w:t>____ / ____ / ________</w:t>
            </w:r>
          </w:p>
        </w:tc>
      </w:tr>
    </w:tbl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507"/>
      </w:tblGrid>
      <w:tr w:rsidR="006E46F7" w:rsidRPr="00541796" w14:paraId="2AB8BA1A" w14:textId="77777777" w:rsidTr="007D7032">
        <w:trPr>
          <w:trHeight w:val="614"/>
          <w:jc w:val="center"/>
        </w:trPr>
        <w:tc>
          <w:tcPr>
            <w:tcW w:w="10507" w:type="dxa"/>
            <w:shd w:val="clear" w:color="auto" w:fill="FFF7E8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6851F1DE" w14:textId="5B5468BC" w:rsidR="006E46F7" w:rsidRPr="00541796" w:rsidRDefault="00000000" w:rsidP="00603C81">
            <w:pPr>
              <w:spacing w:after="120" w:line="240" w:lineRule="auto"/>
            </w:pPr>
            <w:r w:rsidRPr="00603C81">
              <w:rPr>
                <w:b/>
                <w:color w:val="052A49"/>
              </w:rPr>
              <w:t>Entrega de fotografías</w:t>
            </w:r>
            <w:r w:rsidRPr="00541796">
              <w:rPr>
                <w:b/>
                <w:color w:val="9A6A00"/>
              </w:rPr>
              <w:t>:</w:t>
            </w:r>
            <w:r w:rsidRPr="00541796">
              <w:t xml:space="preserve"> puede enviarlas por correo electrónico a </w:t>
            </w:r>
            <w:r w:rsidRPr="00603C81">
              <w:rPr>
                <w:b/>
                <w:bCs/>
              </w:rPr>
              <w:t>memoria@urbanizacionparqueantena.</w:t>
            </w:r>
            <w:r w:rsidR="00603C81" w:rsidRPr="00603C81">
              <w:rPr>
                <w:b/>
                <w:bCs/>
              </w:rPr>
              <w:t>es</w:t>
            </w:r>
            <w:r w:rsidRPr="00541796">
              <w:t xml:space="preserve"> o entregarlas físicamente en la oficina para su escaneado y devolución inmediata.</w:t>
            </w:r>
          </w:p>
        </w:tc>
      </w:tr>
    </w:tbl>
    <w:p w14:paraId="0BC832DE" w14:textId="77777777" w:rsidR="00F74E67" w:rsidRDefault="00F74E67"/>
    <w:sectPr w:rsidR="00F74E67" w:rsidSect="00603C81">
      <w:pgSz w:w="12240" w:h="15840"/>
      <w:pgMar w:top="907" w:right="964" w:bottom="567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6697433">
    <w:abstractNumId w:val="8"/>
  </w:num>
  <w:num w:numId="2" w16cid:durableId="870386495">
    <w:abstractNumId w:val="6"/>
  </w:num>
  <w:num w:numId="3" w16cid:durableId="1326324365">
    <w:abstractNumId w:val="5"/>
  </w:num>
  <w:num w:numId="4" w16cid:durableId="971011549">
    <w:abstractNumId w:val="4"/>
  </w:num>
  <w:num w:numId="5" w16cid:durableId="1013192773">
    <w:abstractNumId w:val="7"/>
  </w:num>
  <w:num w:numId="6" w16cid:durableId="57900986">
    <w:abstractNumId w:val="3"/>
  </w:num>
  <w:num w:numId="7" w16cid:durableId="476992251">
    <w:abstractNumId w:val="2"/>
  </w:num>
  <w:num w:numId="8" w16cid:durableId="527985916">
    <w:abstractNumId w:val="1"/>
  </w:num>
  <w:num w:numId="9" w16cid:durableId="1834951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41796"/>
    <w:rsid w:val="005D109D"/>
    <w:rsid w:val="00603C81"/>
    <w:rsid w:val="006E46F7"/>
    <w:rsid w:val="007D7032"/>
    <w:rsid w:val="009B7AC7"/>
    <w:rsid w:val="00AA1D8D"/>
    <w:rsid w:val="00B47730"/>
    <w:rsid w:val="00BD725A"/>
    <w:rsid w:val="00CB0664"/>
    <w:rsid w:val="00F74E6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1D7A7B"/>
  <w14:defaultImageDpi w14:val="300"/>
  <w15:docId w15:val="{D16A2CA5-8033-4949-896B-35E6CEC60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21"/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LUCÍA DE</cp:lastModifiedBy>
  <cp:revision>2</cp:revision>
  <cp:lastPrinted>2026-04-16T15:38:00Z</cp:lastPrinted>
  <dcterms:created xsi:type="dcterms:W3CDTF">2026-04-16T15:39:00Z</dcterms:created>
  <dcterms:modified xsi:type="dcterms:W3CDTF">2026-04-16T15:39:00Z</dcterms:modified>
  <cp:category/>
</cp:coreProperties>
</file>